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/>
        <w:jc w:val="center"/>
      </w:pPr>
      <w:r>
        <w:rPr>
          <w:rFonts w:ascii="Calibri" w:hAnsi="Calibri" w:eastAsia="Calibri"/>
          <w:b/>
          <w:sz w:val="22"/>
        </w:rPr>
        <w:t>ANEXO I – TERMO DE ADESÃO</w:t>
      </w:r>
    </w:p>
    <w:p>
      <w:pPr>
        <w:spacing w:after="160"/>
        <w:jc w:val="center"/>
      </w:pPr>
      <w:r>
        <w:rPr>
          <w:rFonts w:ascii="Calibri" w:hAnsi="Calibri" w:eastAsia="Calibri"/>
          <w:b/>
          <w:sz w:val="21"/>
        </w:rPr>
        <w:t>TERMO DE ADESÃO AO ACORDO DE ADESÃO Nº 001/2026</w:t>
      </w:r>
    </w:p>
    <w:p>
      <w:pPr>
        <w:spacing w:before="0" w:after="180" w:line="240" w:lineRule="auto"/>
        <w:jc w:val="both"/>
      </w:pPr>
      <w:r>
        <w:rPr>
          <w:rFonts w:ascii="Calibri" w:hAnsi="Calibri" w:eastAsia="Calibri"/>
          <w:sz w:val="20"/>
        </w:rPr>
        <w:t xml:space="preserve">Pelo presente instrumento, </w:t>
      </w:r>
      <w:r>
        <w:rPr>
          <w:rFonts w:ascii="Calibri" w:hAnsi="Calibri" w:eastAsia="Calibri"/>
          <w:b/>
          <w:sz w:val="20"/>
        </w:rPr>
        <w:t>[Nome da Instituição]</w:t>
      </w:r>
      <w:r>
        <w:rPr>
          <w:rFonts w:ascii="Calibri" w:hAnsi="Calibri" w:eastAsia="Calibri"/>
          <w:sz w:val="20"/>
        </w:rPr>
        <w:t xml:space="preserve">, com sede em </w:t>
      </w:r>
      <w:r>
        <w:rPr>
          <w:rFonts w:ascii="Calibri" w:hAnsi="Calibri" w:eastAsia="Calibri"/>
          <w:b/>
          <w:sz w:val="20"/>
        </w:rPr>
        <w:t>[endereço completo]</w:t>
      </w:r>
      <w:r>
        <w:rPr>
          <w:rFonts w:ascii="Calibri" w:hAnsi="Calibri" w:eastAsia="Calibri"/>
          <w:sz w:val="20"/>
        </w:rPr>
        <w:t xml:space="preserve">, inscrita no </w:t>
      </w:r>
      <w:r>
        <w:rPr>
          <w:rFonts w:ascii="Calibri" w:hAnsi="Calibri" w:eastAsia="Calibri"/>
          <w:b/>
          <w:sz w:val="20"/>
        </w:rPr>
        <w:t>[registro equivalente ao CNPJ]</w:t>
      </w:r>
      <w:r>
        <w:rPr>
          <w:rFonts w:ascii="Calibri" w:hAnsi="Calibri" w:eastAsia="Calibri"/>
          <w:sz w:val="20"/>
        </w:rPr>
        <w:t xml:space="preserve">, representada por </w:t>
      </w:r>
      <w:r>
        <w:rPr>
          <w:rFonts w:ascii="Calibri" w:hAnsi="Calibri" w:eastAsia="Calibri"/>
          <w:b/>
          <w:sz w:val="20"/>
        </w:rPr>
        <w:t>[nome do representante legal]</w:t>
      </w:r>
      <w:r>
        <w:rPr>
          <w:rFonts w:ascii="Calibri" w:hAnsi="Calibri" w:eastAsia="Calibri"/>
          <w:sz w:val="20"/>
        </w:rPr>
        <w:t>, DECLARA sua adesão integral e irrestrita ao Acordo de Adesão nº 001/2026, comprometendo-se a cumprir todas as disposições nele previstas.</w:t>
      </w:r>
    </w:p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Coordenador Institucional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B7B7B7"/>
          <w:left w:val="single" w:sz="4" w:space="0" w:color="B7B7B7"/>
          <w:bottom w:val="single" w:sz="4" w:space="0" w:color="B7B7B7"/>
          <w:right w:val="single" w:sz="4" w:space="0" w:color="B7B7B7"/>
          <w:insideH w:val="single" w:sz="4" w:space="0" w:color="B7B7B7"/>
          <w:insideV w:val="single" w:sz="4" w:space="0" w:color="B7B7B7"/>
        </w:tblBorders>
      </w:tblPr>
      <w:tblGrid>
        <w:gridCol w:w="4703"/>
        <w:gridCol w:w="4703"/>
      </w:tblGrid>
      <w:tr>
        <w:tc>
          <w:tcPr>
            <w:tcW w:type="dxa" w:w="238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b/>
                <w:sz w:val="20"/>
              </w:rPr>
              <w:t>Nome:</w:t>
            </w:r>
          </w:p>
        </w:tc>
        <w:tc>
          <w:tcPr>
            <w:tcW w:type="dxa" w:w="640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libri" w:hAnsi="Calibri" w:eastAsia="Calibri"/>
                <w:sz w:val="20"/>
              </w:rPr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b/>
                <w:sz w:val="20"/>
              </w:rPr>
              <w:t>Cargo:</w:t>
            </w:r>
          </w:p>
        </w:tc>
        <w:tc>
          <w:tcPr>
            <w:tcW w:type="dxa" w:w="640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libri" w:hAnsi="Calibri" w:eastAsia="Calibri"/>
                <w:sz w:val="20"/>
              </w:rPr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b/>
                <w:sz w:val="20"/>
              </w:rPr>
              <w:t>Telefone:</w:t>
            </w:r>
          </w:p>
        </w:tc>
        <w:tc>
          <w:tcPr>
            <w:tcW w:type="dxa" w:w="640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libri" w:hAnsi="Calibri" w:eastAsia="Calibri"/>
                <w:sz w:val="20"/>
              </w:rPr>
            </w:r>
          </w:p>
        </w:tc>
      </w:tr>
      <w:tr>
        <w:tc>
          <w:tcPr>
            <w:tcW w:type="dxa" w:w="2381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pPr>
              <w:jc w:val="left"/>
            </w:pPr>
            <w:r>
              <w:rPr>
                <w:rFonts w:ascii="Calibri" w:hAnsi="Calibri" w:eastAsia="Calibri"/>
                <w:b/>
                <w:sz w:val="20"/>
              </w:rPr>
              <w:t>E-mail:</w:t>
            </w:r>
          </w:p>
        </w:tc>
        <w:tc>
          <w:tcPr>
            <w:tcW w:type="dxa" w:w="6406"/>
            <w:vAlign w:val="center"/>
            <w:tcMar>
              <w:top w:w="80" w:type="dxa"/>
              <w:start w:w="100" w:type="dxa"/>
              <w:bottom w:w="80" w:type="dxa"/>
              <w:end w:w="100" w:type="dxa"/>
            </w:tcMar>
          </w:tcPr>
          <w:p>
            <w:r>
              <w:rPr>
                <w:rFonts w:ascii="Calibri" w:hAnsi="Calibri" w:eastAsia="Calibri"/>
                <w:sz w:val="20"/>
              </w:rPr>
            </w:r>
          </w:p>
        </w:tc>
      </w:tr>
    </w:tbl>
    <w:p/>
    <w:p>
      <w:pPr>
        <w:spacing w:before="60" w:after="20"/>
        <w:jc w:val="left"/>
      </w:pPr>
      <w:r>
        <w:rPr>
          <w:rFonts w:ascii="Calibri" w:hAnsi="Calibri" w:eastAsia="Calibri"/>
          <w:b/>
          <w:sz w:val="20"/>
        </w:rPr>
        <w:t>Declaração:</w:t>
      </w:r>
    </w:p>
    <w:p>
      <w:pPr>
        <w:spacing w:before="0" w:after="180" w:line="240" w:lineRule="auto"/>
        <w:jc w:val="both"/>
      </w:pPr>
      <w:r>
        <w:rPr>
          <w:rFonts w:ascii="Calibri" w:hAnsi="Calibri" w:eastAsia="Calibri"/>
          <w:b w:val="0"/>
          <w:sz w:val="20"/>
        </w:rPr>
        <w:t xml:space="preserve">Eu, </w:t>
      </w:r>
      <w:r>
        <w:rPr>
          <w:rFonts w:ascii="Calibri" w:hAnsi="Calibri" w:eastAsia="Calibri"/>
          <w:b/>
          <w:sz w:val="20"/>
        </w:rPr>
        <w:t>[nome do coordenador]</w:t>
      </w:r>
      <w:r>
        <w:rPr>
          <w:rFonts w:ascii="Calibri" w:hAnsi="Calibri" w:eastAsia="Calibri"/>
          <w:b w:val="0"/>
          <w:sz w:val="20"/>
        </w:rPr>
        <w:t xml:space="preserve">, no exercício da função de coordenador institucional, concordo em atuar como contato principal entre a </w:t>
      </w:r>
      <w:r>
        <w:rPr>
          <w:rFonts w:ascii="Calibri" w:hAnsi="Calibri" w:eastAsia="Calibri"/>
          <w:b/>
          <w:sz w:val="20"/>
        </w:rPr>
        <w:t>[Nome da Instituição]</w:t>
      </w:r>
      <w:r>
        <w:rPr>
          <w:rFonts w:ascii="Calibri" w:hAnsi="Calibri" w:eastAsia="Calibri"/>
          <w:b w:val="0"/>
          <w:sz w:val="20"/>
        </w:rPr>
        <w:t xml:space="preserve"> e a Universidade da Integração Internacional da Lusofonia Afro-Brasileira (Unilab), comprometendo-me a facilitar a comunicação e a execução das ações previstas neste acordo.</w:t>
      </w:r>
    </w:p>
    <w:p>
      <w:pPr>
        <w:spacing w:before="120" w:after="20"/>
        <w:jc w:val="left"/>
      </w:pPr>
      <w:r>
        <w:rPr>
          <w:rFonts w:ascii="Calibri" w:hAnsi="Calibri" w:eastAsia="Calibri"/>
          <w:sz w:val="20"/>
        </w:rPr>
        <w:t>Assinatura do Coordenador Institucional: _______________________________________________</w:t>
      </w:r>
    </w:p>
    <w:p>
      <w:pPr>
        <w:spacing w:after="100"/>
        <w:jc w:val="left"/>
      </w:pPr>
      <w:r>
        <w:rPr>
          <w:rFonts w:ascii="Calibri" w:hAnsi="Calibri" w:eastAsia="Calibri"/>
          <w:sz w:val="20"/>
        </w:rPr>
        <w:t>(Local e data)</w:t>
      </w:r>
    </w:p>
    <w:p>
      <w:pPr>
        <w:spacing w:before="120" w:after="20"/>
        <w:jc w:val="left"/>
      </w:pPr>
      <w:r>
        <w:rPr>
          <w:rFonts w:ascii="Calibri" w:hAnsi="Calibri" w:eastAsia="Calibri"/>
          <w:sz w:val="20"/>
        </w:rPr>
        <w:t>Assinatura do Representante Legal: _______________________________________________</w:t>
      </w:r>
    </w:p>
    <w:p>
      <w:pPr>
        <w:spacing w:after="100"/>
        <w:jc w:val="left"/>
      </w:pPr>
      <w:r>
        <w:rPr>
          <w:rFonts w:ascii="Calibri" w:hAnsi="Calibri" w:eastAsia="Calibri"/>
          <w:sz w:val="20"/>
        </w:rPr>
        <w:t>(Local e data)</w:t>
      </w:r>
    </w:p>
    <w:sectPr w:rsidR="00FC693F" w:rsidRPr="0006063C" w:rsidSect="00034616">
      <w:pgSz w:w="12240" w:h="15840"/>
      <w:pgMar w:top="1134" w:right="1417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0" w:lineRule="auto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